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מדענים מכל 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מדענים ממדינות שונות משתפים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דרכים שבהן שיתוף ידע מדעי מועיל לכולם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הבחנה בין גורמים שעוזרים למדע לבין גורמים שמעכבים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לפאזל ענק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כדי לוודא שהתוצאה 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הם משתמשים בשיחות וידאו וכנסים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פרסום מאפשר לאחרים לבדוק ולהמשיך את המחקר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כנסים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מאמרים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מיון: עוזר להתקדם או מעכב?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(עוזר להתקדם)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(מעכב)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(עוזר להתקדם)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(מעכב)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שמתארת שיתוף פעולה ותרומה של כל צד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כנס, שיחת וידאו או מאמר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שאחרים יוכלו לבדוק ולהמשיך את המחקר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הסתרת נתונים, סירוב לביקורת או התחלה מאפס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עבודת צוות בכיתה לפני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את משימת המיון על הלוח לפני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הפתוח, לעודד תלמידים לחשוב על פתרונות מעשיים ולא רק רעיוניים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מדענים מכל 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מדענים ברחבי העולם חוקרים יחד נושאים שונים, גם בלי להיפגש פנים אל פנים. דף זה מתרגל את הרעיון של שיתוף פעולה מדעי בינלאומי.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מאמרים  ·  כנסים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לאיזה דבר משווה הטקסט את העבודה של מדענים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למרוץ שליחים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לפאזל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לבניין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כמה מעבדות במדינות שונות עושות לפעמים את אותו ניסוי?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לוודא שהתוצאה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אין להן מה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להתחרות ולנצח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מדענים ממדינות שונות יכולים לעבוד יחד גם בלי להיפגש פנים אל פנים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כדאי שמדען ישמור את התוצאות שלו בסוד ולא יפרסם אותן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מדענים נפגשים ב__________ מדעיים כדי לשתף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חוקרים כותבים __________ משותפים ומפרסמים את התוצאות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מיון: עוזר להתקדם או מעכב?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חזרה על ניסוי במעבדה אחרת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מעכב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הסתרת נתונים מעמיתים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מעכב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פרסום התוצאות לכולם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עוזר להתקדם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סירוב לשמוע ביקורת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עוזר להתקדם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על פעם שבה פתרתם בעיה טוב יותר כי עבדתם עם מישהו אחר. מה כל אחד תרם?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דרך אחת שבה מדענים משתפים פעולה?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חשוב לפרסם תוצאות מחקר?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מדענים מכל העולם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