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מדענים ממדינות שונות משתפים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שבהן שיתוף ידע מדעי מועיל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גורמים שעוזרים למדע לבין גורמים שמעכבים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לפאזל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לוודא שהתוצאה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החלפת חוקרים בהגרלה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כשמשתפים, כולם יודעים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צוות תורם חלק ולא מתחילים מאפס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משתמשים בשיחות וידאו וכנסים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פרסום מאפשר לאחרים לבדוק ולהמשיך את המחקר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ביקורת עמיתים היא בדיקה של חוקרים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להתקדם או מעכב?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(עוזר להתקדם)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שיתוף פעולה ותרומה של כל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מדינה ונושא מחקר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הקפידו שהתלמידים יציעו רעיון מעשי כמו שיתוף תרופות, תרגום מידע, או עזרה של ארגונים בינלאומיים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כנס, שיחת וידאו או מאמר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שאחרים יוכלו לבדוק ולהמשיך את המחקר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הסתרת נתונים, סירוב לביקורת או התחלה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צוות בכיתה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משימת המיון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פתרונות מעשיים ולא רק רעיוניים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מדענים ממדינות שונות עובדים ביחד. הם לומדים אחד מהשני דרך מחשב, כנסים ומאמרים. ככה המדע מתקדם מהר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עובדים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 מדעי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של חוקרים שמציגים ומדברים על מחקרים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מדעי שכמה חוקרים כתבו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שעושים כדי לגלות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שגילו או מדדו בניסוי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אחרים שעובדים באותו תחום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של מדענים אחרים את המחקר לפני פרסום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דומה עבודת המדענים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למרוץ 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לפאזל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חוזרים על אותו ניסוי במעבדות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שהתוצאה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להן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ולנצח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הניסוי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דרך לא מופיעה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כנסים מדעיים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שיחות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חוקרים בהגרלה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השיתוף בידע?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ידע הוא כמו עוגה שנגמרת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ששיתף ידע שוכח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כשמשתפים, כולם יודעים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לשתף ידע עם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עבודה משותפת מזרזת פיתוח תרופות?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במדינות אחרות אין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צוות תורם חלק ולא מתחילים מאפס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תרופות זולות יותר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מדענים עובדים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מדענים ממדינות שונות יכולים לעבוד יחד גם בלי להיפגש פנים אל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שמדען ישמור את התוצאות שלו בסוד ולא יפרסם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חוקרות וחוקרים מישראל משתתפים במחקר בינלאומי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עמיתים פירושה שהמדען בודק את עצמו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מדענים נפגשים ב__________ מדעיים כדי לשתף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חוקרים כותבים __________ משותפים ומפרסמים את התוצאות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כמה מעבדות עושות את אותו __________ כדי לוודא שהתוצאה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בזכות שיתוף פעולה, תרופות מתפתחות מהר יותר ו__________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עוזר להתקדם או מעכב?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על ניסוי במעבדה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הסתרת נתונים מעמיתים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פרסום התוצאות לכולם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סירוב לשמוע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מעבדה מתחילה הכול מאפס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כנס שבו חוקרים לומדים זה מזה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עוזר להתקדם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פתרתם בעיה טוב יותר כי עבדתם עם מישהו אחר. מה כל אחד תרם?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מדענים, עם חוקרים מאיזו מדינה הייתם רוצים לעבוד, ועל מה הייתם חוקרים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ידע מדעי עובר היום בין יבשות תוך שניות, אבל תרופות וציוד לא תמיד מגיעים לכל מקום. מה אפשר לעשות כדי שגם ילדים במדינות עניות ייהנו מהתגליות?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דרך אחת שבה מדענים משתפים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לפרסם תוצאות מחקר?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שמעכבת התקדמות מדעית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מדענים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